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2D944" w14:textId="77777777" w:rsidR="00410143" w:rsidRPr="00A23215" w:rsidRDefault="00FC64A6" w:rsidP="00443E83">
      <w:pPr>
        <w:spacing w:after="0"/>
        <w:rPr>
          <w:rFonts w:asciiTheme="majorHAnsi" w:hAnsiTheme="majorHAnsi" w:cstheme="majorHAnsi"/>
        </w:rPr>
      </w:pPr>
      <w:r w:rsidRPr="00A23215">
        <w:rPr>
          <w:rFonts w:asciiTheme="majorHAnsi" w:hAnsiTheme="majorHAnsi" w:cstheme="majorHAnsi"/>
          <w:b/>
        </w:rPr>
        <w:t>1. Child Details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410143" w:rsidRPr="00A23215" w14:paraId="1B70D8B8" w14:textId="77777777" w:rsidTr="00443E83">
        <w:tc>
          <w:tcPr>
            <w:tcW w:w="4320" w:type="dxa"/>
          </w:tcPr>
          <w:p w14:paraId="4EE5E5E9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Legal first name</w:t>
            </w:r>
          </w:p>
        </w:tc>
        <w:tc>
          <w:tcPr>
            <w:tcW w:w="4320" w:type="dxa"/>
          </w:tcPr>
          <w:p w14:paraId="64B1FE2C" w14:textId="77777777" w:rsidR="00410143" w:rsidRPr="00A23215" w:rsidRDefault="00410143" w:rsidP="009A376C">
            <w:pPr>
              <w:pStyle w:val="NoSpacing"/>
            </w:pPr>
          </w:p>
        </w:tc>
      </w:tr>
      <w:tr w:rsidR="00410143" w:rsidRPr="00A23215" w14:paraId="7DC433BB" w14:textId="77777777" w:rsidTr="00443E83">
        <w:tc>
          <w:tcPr>
            <w:tcW w:w="4320" w:type="dxa"/>
          </w:tcPr>
          <w:p w14:paraId="5336D28D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Legal surname</w:t>
            </w:r>
          </w:p>
        </w:tc>
        <w:tc>
          <w:tcPr>
            <w:tcW w:w="4320" w:type="dxa"/>
          </w:tcPr>
          <w:p w14:paraId="79383E8A" w14:textId="77777777" w:rsidR="00410143" w:rsidRPr="00A23215" w:rsidRDefault="00410143" w:rsidP="009A376C">
            <w:pPr>
              <w:pStyle w:val="NoSpacing"/>
            </w:pPr>
          </w:p>
        </w:tc>
      </w:tr>
      <w:tr w:rsidR="00410143" w:rsidRPr="00A23215" w14:paraId="12AE397F" w14:textId="77777777" w:rsidTr="00443E83">
        <w:tc>
          <w:tcPr>
            <w:tcW w:w="4320" w:type="dxa"/>
          </w:tcPr>
          <w:p w14:paraId="6B019A05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Middle names</w:t>
            </w:r>
          </w:p>
        </w:tc>
        <w:tc>
          <w:tcPr>
            <w:tcW w:w="4320" w:type="dxa"/>
          </w:tcPr>
          <w:p w14:paraId="377EB338" w14:textId="77777777" w:rsidR="00410143" w:rsidRPr="00A23215" w:rsidRDefault="00410143" w:rsidP="009A376C">
            <w:pPr>
              <w:pStyle w:val="NoSpacing"/>
            </w:pPr>
          </w:p>
        </w:tc>
      </w:tr>
      <w:tr w:rsidR="00410143" w:rsidRPr="00A23215" w14:paraId="10DD6DE4" w14:textId="77777777" w:rsidTr="00443E83">
        <w:tc>
          <w:tcPr>
            <w:tcW w:w="4320" w:type="dxa"/>
          </w:tcPr>
          <w:p w14:paraId="40E081EC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Preferred name</w:t>
            </w:r>
          </w:p>
        </w:tc>
        <w:tc>
          <w:tcPr>
            <w:tcW w:w="4320" w:type="dxa"/>
          </w:tcPr>
          <w:p w14:paraId="7FE50AD4" w14:textId="77777777" w:rsidR="00410143" w:rsidRPr="00A23215" w:rsidRDefault="00410143" w:rsidP="009A376C">
            <w:pPr>
              <w:pStyle w:val="NoSpacing"/>
            </w:pPr>
          </w:p>
        </w:tc>
      </w:tr>
      <w:tr w:rsidR="00410143" w:rsidRPr="00A23215" w14:paraId="7BD3E1BD" w14:textId="77777777" w:rsidTr="00443E83">
        <w:tc>
          <w:tcPr>
            <w:tcW w:w="4320" w:type="dxa"/>
          </w:tcPr>
          <w:p w14:paraId="19CD7582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Date of birth</w:t>
            </w:r>
          </w:p>
        </w:tc>
        <w:tc>
          <w:tcPr>
            <w:tcW w:w="4320" w:type="dxa"/>
          </w:tcPr>
          <w:p w14:paraId="7A21C01C" w14:textId="77777777" w:rsidR="00410143" w:rsidRPr="00A23215" w:rsidRDefault="00410143" w:rsidP="009A376C">
            <w:pPr>
              <w:pStyle w:val="NoSpacing"/>
            </w:pPr>
          </w:p>
        </w:tc>
      </w:tr>
      <w:tr w:rsidR="00410143" w:rsidRPr="00A23215" w14:paraId="2DE7B439" w14:textId="77777777" w:rsidTr="00443E83">
        <w:tc>
          <w:tcPr>
            <w:tcW w:w="4320" w:type="dxa"/>
          </w:tcPr>
          <w:p w14:paraId="0A87FB56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Gender</w:t>
            </w:r>
          </w:p>
        </w:tc>
        <w:tc>
          <w:tcPr>
            <w:tcW w:w="4320" w:type="dxa"/>
          </w:tcPr>
          <w:p w14:paraId="1DC1C678" w14:textId="77777777" w:rsidR="00410143" w:rsidRPr="00A23215" w:rsidRDefault="00410143" w:rsidP="009A376C">
            <w:pPr>
              <w:pStyle w:val="NoSpacing"/>
            </w:pPr>
          </w:p>
        </w:tc>
      </w:tr>
      <w:tr w:rsidR="00410143" w:rsidRPr="00A23215" w14:paraId="775C2B9A" w14:textId="77777777" w:rsidTr="00443E83">
        <w:tc>
          <w:tcPr>
            <w:tcW w:w="4320" w:type="dxa"/>
          </w:tcPr>
          <w:p w14:paraId="2CF9C540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Address</w:t>
            </w:r>
          </w:p>
        </w:tc>
        <w:tc>
          <w:tcPr>
            <w:tcW w:w="4320" w:type="dxa"/>
          </w:tcPr>
          <w:p w14:paraId="4FF4C726" w14:textId="77777777" w:rsidR="009A376C" w:rsidRDefault="009A376C" w:rsidP="009A376C">
            <w:pPr>
              <w:pStyle w:val="NoSpacing"/>
            </w:pPr>
          </w:p>
          <w:p w14:paraId="6F01DAE8" w14:textId="77777777" w:rsidR="009A376C" w:rsidRDefault="009A376C" w:rsidP="009A376C">
            <w:pPr>
              <w:pStyle w:val="NoSpacing"/>
            </w:pPr>
          </w:p>
          <w:p w14:paraId="3EB887A4" w14:textId="77777777" w:rsidR="009A376C" w:rsidRDefault="009A376C" w:rsidP="009A376C">
            <w:pPr>
              <w:pStyle w:val="NoSpacing"/>
            </w:pPr>
          </w:p>
          <w:p w14:paraId="0D4D4D3B" w14:textId="77777777" w:rsidR="009A376C" w:rsidRDefault="009A376C" w:rsidP="009A376C">
            <w:pPr>
              <w:pStyle w:val="NoSpacing"/>
            </w:pPr>
          </w:p>
          <w:p w14:paraId="0510FA3A" w14:textId="77777777" w:rsidR="009A376C" w:rsidRPr="00A23215" w:rsidRDefault="009A376C" w:rsidP="009A376C">
            <w:pPr>
              <w:pStyle w:val="NoSpacing"/>
            </w:pPr>
          </w:p>
        </w:tc>
      </w:tr>
      <w:tr w:rsidR="00410143" w:rsidRPr="00A23215" w14:paraId="5975EEBB" w14:textId="77777777" w:rsidTr="00443E83">
        <w:tc>
          <w:tcPr>
            <w:tcW w:w="4320" w:type="dxa"/>
          </w:tcPr>
          <w:p w14:paraId="2601BD6A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Postcode</w:t>
            </w:r>
          </w:p>
        </w:tc>
        <w:tc>
          <w:tcPr>
            <w:tcW w:w="4320" w:type="dxa"/>
          </w:tcPr>
          <w:p w14:paraId="2BCC58C3" w14:textId="77777777" w:rsidR="00410143" w:rsidRPr="00A23215" w:rsidRDefault="00410143" w:rsidP="009A376C">
            <w:pPr>
              <w:pStyle w:val="NoSpacing"/>
            </w:pPr>
          </w:p>
        </w:tc>
      </w:tr>
      <w:tr w:rsidR="00410143" w:rsidRPr="00A23215" w14:paraId="750C855D" w14:textId="77777777" w:rsidTr="00443E83">
        <w:tc>
          <w:tcPr>
            <w:tcW w:w="4320" w:type="dxa"/>
          </w:tcPr>
          <w:p w14:paraId="1C545720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Country of birth</w:t>
            </w:r>
          </w:p>
        </w:tc>
        <w:tc>
          <w:tcPr>
            <w:tcW w:w="4320" w:type="dxa"/>
          </w:tcPr>
          <w:p w14:paraId="6A9F1C45" w14:textId="77777777" w:rsidR="00410143" w:rsidRPr="00A23215" w:rsidRDefault="00410143" w:rsidP="009A376C">
            <w:pPr>
              <w:pStyle w:val="NoSpacing"/>
            </w:pPr>
          </w:p>
        </w:tc>
      </w:tr>
    </w:tbl>
    <w:p w14:paraId="7C653C1D" w14:textId="0128AB58" w:rsidR="00410143" w:rsidRPr="00A23215" w:rsidRDefault="00FC64A6" w:rsidP="00443E83">
      <w:pPr>
        <w:spacing w:after="0"/>
        <w:rPr>
          <w:rFonts w:asciiTheme="majorHAnsi" w:hAnsiTheme="majorHAnsi" w:cstheme="majorHAnsi"/>
        </w:rPr>
      </w:pPr>
      <w:r w:rsidRPr="00A23215">
        <w:rPr>
          <w:rFonts w:asciiTheme="majorHAnsi" w:hAnsiTheme="majorHAnsi" w:cstheme="majorHAnsi"/>
          <w:b/>
        </w:rPr>
        <w:t xml:space="preserve">2. Ethnicity </w:t>
      </w:r>
    </w:p>
    <w:p w14:paraId="52C02423" w14:textId="77777777" w:rsidR="00410143" w:rsidRPr="00A23215" w:rsidRDefault="00FC64A6">
      <w:pPr>
        <w:rPr>
          <w:rFonts w:asciiTheme="majorHAnsi" w:hAnsiTheme="majorHAnsi" w:cstheme="majorHAnsi"/>
        </w:rPr>
      </w:pPr>
      <w:r w:rsidRPr="00A23215">
        <w:rPr>
          <w:rFonts w:asciiTheme="majorHAnsi" w:hAnsiTheme="majorHAnsi" w:cstheme="majorHAnsi"/>
        </w:rPr>
        <w:t>Please tick the category that best describes your child: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A23215" w:rsidRPr="00A23215" w14:paraId="578DA08C" w14:textId="77777777" w:rsidTr="00443E83">
        <w:tc>
          <w:tcPr>
            <w:tcW w:w="8640" w:type="dxa"/>
          </w:tcPr>
          <w:p w14:paraId="56F386F7" w14:textId="77777777" w:rsidR="00A23215" w:rsidRPr="00A23215" w:rsidRDefault="00A23215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White</w:t>
            </w:r>
          </w:p>
        </w:tc>
      </w:tr>
      <w:tr w:rsidR="00A23215" w:rsidRPr="00A23215" w14:paraId="2CF3BDE5" w14:textId="77777777" w:rsidTr="00443E83">
        <w:tc>
          <w:tcPr>
            <w:tcW w:w="8640" w:type="dxa"/>
          </w:tcPr>
          <w:p w14:paraId="6F550D7F" w14:textId="77777777" w:rsidR="00A23215" w:rsidRPr="00A23215" w:rsidRDefault="00A23215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Mixed / Multiple ethnic groups</w:t>
            </w:r>
          </w:p>
        </w:tc>
      </w:tr>
      <w:tr w:rsidR="00A23215" w:rsidRPr="00A23215" w14:paraId="39396E15" w14:textId="77777777" w:rsidTr="00443E83">
        <w:tc>
          <w:tcPr>
            <w:tcW w:w="8640" w:type="dxa"/>
          </w:tcPr>
          <w:p w14:paraId="1DC8BE4E" w14:textId="77777777" w:rsidR="00A23215" w:rsidRPr="00A23215" w:rsidRDefault="00A23215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Asian / Asian British</w:t>
            </w:r>
          </w:p>
        </w:tc>
      </w:tr>
      <w:tr w:rsidR="00A23215" w:rsidRPr="00A23215" w14:paraId="36E4C4F4" w14:textId="77777777" w:rsidTr="00443E83">
        <w:tc>
          <w:tcPr>
            <w:tcW w:w="8640" w:type="dxa"/>
          </w:tcPr>
          <w:p w14:paraId="6B40FADC" w14:textId="77777777" w:rsidR="00A23215" w:rsidRPr="00A23215" w:rsidRDefault="00A23215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Black / African / Caribbean / Black British</w:t>
            </w:r>
          </w:p>
        </w:tc>
      </w:tr>
      <w:tr w:rsidR="00A23215" w:rsidRPr="00A23215" w14:paraId="0D9C154A" w14:textId="77777777" w:rsidTr="00443E83">
        <w:tc>
          <w:tcPr>
            <w:tcW w:w="8640" w:type="dxa"/>
          </w:tcPr>
          <w:p w14:paraId="0164A860" w14:textId="77777777" w:rsidR="00A23215" w:rsidRPr="00A23215" w:rsidRDefault="00A23215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Chinese</w:t>
            </w:r>
          </w:p>
        </w:tc>
      </w:tr>
      <w:tr w:rsidR="00A23215" w:rsidRPr="00A23215" w14:paraId="0FAED246" w14:textId="77777777" w:rsidTr="00443E83">
        <w:tc>
          <w:tcPr>
            <w:tcW w:w="8640" w:type="dxa"/>
          </w:tcPr>
          <w:p w14:paraId="37E96404" w14:textId="77777777" w:rsidR="00A23215" w:rsidRPr="00A23215" w:rsidRDefault="00A23215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Any other ethnic group</w:t>
            </w:r>
          </w:p>
        </w:tc>
      </w:tr>
      <w:tr w:rsidR="00A23215" w:rsidRPr="00A23215" w14:paraId="72708ECE" w14:textId="77777777" w:rsidTr="00443E83">
        <w:tc>
          <w:tcPr>
            <w:tcW w:w="8640" w:type="dxa"/>
          </w:tcPr>
          <w:p w14:paraId="40C576EF" w14:textId="77777777" w:rsidR="00A23215" w:rsidRPr="00A23215" w:rsidRDefault="00A23215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Prefer not to say</w:t>
            </w:r>
          </w:p>
        </w:tc>
      </w:tr>
      <w:tr w:rsidR="00A23215" w:rsidRPr="00A23215" w14:paraId="60794762" w14:textId="77777777" w:rsidTr="00443E83">
        <w:tc>
          <w:tcPr>
            <w:tcW w:w="8640" w:type="dxa"/>
          </w:tcPr>
          <w:p w14:paraId="632368D3" w14:textId="77777777" w:rsidR="00A23215" w:rsidRPr="00A23215" w:rsidRDefault="00A23215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Other (please specify): ________</w:t>
            </w:r>
          </w:p>
        </w:tc>
      </w:tr>
    </w:tbl>
    <w:p w14:paraId="6E1EB18E" w14:textId="77777777" w:rsidR="00443E83" w:rsidRDefault="00443E83" w:rsidP="00443E83">
      <w:pPr>
        <w:spacing w:after="0"/>
        <w:rPr>
          <w:rFonts w:asciiTheme="majorHAnsi" w:hAnsiTheme="majorHAnsi" w:cstheme="majorHAnsi"/>
          <w:b/>
        </w:rPr>
      </w:pPr>
    </w:p>
    <w:p w14:paraId="7F42A0F8" w14:textId="47D432E5" w:rsidR="009A376C" w:rsidRDefault="00443E83" w:rsidP="00443E83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  <w:r w:rsidR="009A376C">
        <w:rPr>
          <w:rFonts w:asciiTheme="majorHAnsi" w:hAnsiTheme="majorHAnsi" w:cstheme="majorHAnsi"/>
          <w:b/>
        </w:rPr>
        <w:lastRenderedPageBreak/>
        <w:t>3. Language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9A376C" w:rsidRPr="00A23215" w14:paraId="4ADE6588" w14:textId="77777777" w:rsidTr="00443E83">
        <w:tc>
          <w:tcPr>
            <w:tcW w:w="4320" w:type="dxa"/>
          </w:tcPr>
          <w:p w14:paraId="5C9BEBBF" w14:textId="77777777" w:rsidR="009A376C" w:rsidRPr="00A23215" w:rsidRDefault="009A376C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First language</w:t>
            </w:r>
          </w:p>
        </w:tc>
        <w:tc>
          <w:tcPr>
            <w:tcW w:w="4320" w:type="dxa"/>
          </w:tcPr>
          <w:p w14:paraId="64AFE483" w14:textId="77777777" w:rsidR="009A376C" w:rsidRPr="00A23215" w:rsidRDefault="009A376C" w:rsidP="00331CA2">
            <w:pPr>
              <w:rPr>
                <w:rFonts w:asciiTheme="majorHAnsi" w:hAnsiTheme="majorHAnsi" w:cstheme="majorHAnsi"/>
              </w:rPr>
            </w:pPr>
          </w:p>
        </w:tc>
      </w:tr>
      <w:tr w:rsidR="009A376C" w:rsidRPr="00A23215" w14:paraId="481B5F3E" w14:textId="77777777" w:rsidTr="00443E83">
        <w:tc>
          <w:tcPr>
            <w:tcW w:w="4320" w:type="dxa"/>
          </w:tcPr>
          <w:p w14:paraId="50E9FA7B" w14:textId="77777777" w:rsidR="009A376C" w:rsidRPr="00A23215" w:rsidRDefault="009A376C" w:rsidP="00331CA2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Other languages spoken at home</w:t>
            </w:r>
          </w:p>
        </w:tc>
        <w:tc>
          <w:tcPr>
            <w:tcW w:w="4320" w:type="dxa"/>
          </w:tcPr>
          <w:p w14:paraId="3B3B25FD" w14:textId="77777777" w:rsidR="009A376C" w:rsidRDefault="009A376C" w:rsidP="00331CA2">
            <w:pPr>
              <w:rPr>
                <w:rFonts w:asciiTheme="majorHAnsi" w:hAnsiTheme="majorHAnsi" w:cstheme="majorHAnsi"/>
              </w:rPr>
            </w:pPr>
          </w:p>
          <w:p w14:paraId="49E0975B" w14:textId="77777777" w:rsidR="009A376C" w:rsidRPr="00A23215" w:rsidRDefault="009A376C" w:rsidP="00331CA2">
            <w:pPr>
              <w:rPr>
                <w:rFonts w:asciiTheme="majorHAnsi" w:hAnsiTheme="majorHAnsi" w:cstheme="majorHAnsi"/>
              </w:rPr>
            </w:pPr>
          </w:p>
        </w:tc>
      </w:tr>
    </w:tbl>
    <w:p w14:paraId="201C5BFA" w14:textId="066555C9" w:rsidR="00410143" w:rsidRPr="00A23215" w:rsidRDefault="009A376C" w:rsidP="00443E83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4</w:t>
      </w:r>
      <w:r w:rsidR="00FC64A6" w:rsidRPr="00A23215">
        <w:rPr>
          <w:rFonts w:asciiTheme="majorHAnsi" w:hAnsiTheme="majorHAnsi" w:cstheme="majorHAnsi"/>
          <w:b/>
        </w:rPr>
        <w:t>. Parent / Carer Contacts</w:t>
      </w:r>
    </w:p>
    <w:p w14:paraId="7B01541E" w14:textId="77777777" w:rsidR="00410143" w:rsidRPr="00A23215" w:rsidRDefault="00FC64A6">
      <w:pPr>
        <w:rPr>
          <w:rFonts w:asciiTheme="majorHAnsi" w:hAnsiTheme="majorHAnsi" w:cstheme="majorHAnsi"/>
        </w:rPr>
      </w:pPr>
      <w:r w:rsidRPr="00A23215">
        <w:rPr>
          <w:rFonts w:asciiTheme="majorHAnsi" w:hAnsiTheme="majorHAnsi" w:cstheme="majorHAnsi"/>
        </w:rPr>
        <w:t>Please provide details of all adults with parental responsibility or who may collect the child.</w:t>
      </w:r>
    </w:p>
    <w:p w14:paraId="7D04FBFB" w14:textId="77777777" w:rsidR="00410143" w:rsidRPr="00A23215" w:rsidRDefault="00FC64A6" w:rsidP="009A376C">
      <w:pPr>
        <w:spacing w:after="0"/>
        <w:rPr>
          <w:rFonts w:asciiTheme="majorHAnsi" w:hAnsiTheme="majorHAnsi" w:cstheme="majorHAnsi"/>
          <w:b/>
          <w:bCs/>
        </w:rPr>
      </w:pPr>
      <w:r w:rsidRPr="00A23215">
        <w:rPr>
          <w:rFonts w:asciiTheme="majorHAnsi" w:hAnsiTheme="majorHAnsi" w:cstheme="majorHAnsi"/>
          <w:b/>
          <w:bCs/>
        </w:rPr>
        <w:t>Contact 1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410143" w:rsidRPr="00A23215" w14:paraId="3ED1B7B7" w14:textId="77777777" w:rsidTr="00443E83">
        <w:tc>
          <w:tcPr>
            <w:tcW w:w="4320" w:type="dxa"/>
          </w:tcPr>
          <w:p w14:paraId="4343BA67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4320" w:type="dxa"/>
          </w:tcPr>
          <w:p w14:paraId="1852E2C1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2244FE7B" w14:textId="77777777" w:rsidTr="00443E83">
        <w:tc>
          <w:tcPr>
            <w:tcW w:w="4320" w:type="dxa"/>
          </w:tcPr>
          <w:p w14:paraId="0E81CAC4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Relationship to child</w:t>
            </w:r>
          </w:p>
        </w:tc>
        <w:tc>
          <w:tcPr>
            <w:tcW w:w="4320" w:type="dxa"/>
          </w:tcPr>
          <w:p w14:paraId="244C682B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6F851421" w14:textId="77777777" w:rsidTr="00443E83">
        <w:tc>
          <w:tcPr>
            <w:tcW w:w="4320" w:type="dxa"/>
          </w:tcPr>
          <w:p w14:paraId="4BE38BC0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Mobile number</w:t>
            </w:r>
          </w:p>
        </w:tc>
        <w:tc>
          <w:tcPr>
            <w:tcW w:w="4320" w:type="dxa"/>
          </w:tcPr>
          <w:p w14:paraId="73752122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2A008365" w14:textId="77777777" w:rsidTr="00443E83">
        <w:tc>
          <w:tcPr>
            <w:tcW w:w="4320" w:type="dxa"/>
          </w:tcPr>
          <w:p w14:paraId="5F621CB7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Email</w:t>
            </w:r>
          </w:p>
        </w:tc>
        <w:tc>
          <w:tcPr>
            <w:tcW w:w="4320" w:type="dxa"/>
          </w:tcPr>
          <w:p w14:paraId="51F47384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A23215" w:rsidRPr="00A23215" w14:paraId="7032178B" w14:textId="77777777" w:rsidTr="00443E83">
        <w:tc>
          <w:tcPr>
            <w:tcW w:w="8640" w:type="dxa"/>
            <w:gridSpan w:val="2"/>
          </w:tcPr>
          <w:p w14:paraId="2F9E8A73" w14:textId="0D7C3A80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Parental responsibility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A23215" w:rsidRPr="00A23215" w14:paraId="7E456AA4" w14:textId="77777777" w:rsidTr="00443E83">
        <w:tc>
          <w:tcPr>
            <w:tcW w:w="8640" w:type="dxa"/>
            <w:gridSpan w:val="2"/>
          </w:tcPr>
          <w:p w14:paraId="377AD4E0" w14:textId="63DFC4C1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Lives with child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A23215" w:rsidRPr="00A23215" w14:paraId="0194232E" w14:textId="77777777" w:rsidTr="00443E83">
        <w:tc>
          <w:tcPr>
            <w:tcW w:w="8640" w:type="dxa"/>
            <w:gridSpan w:val="2"/>
          </w:tcPr>
          <w:p w14:paraId="03B63ECE" w14:textId="51B10993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Can collect child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</w:tbl>
    <w:p w14:paraId="2B1653FC" w14:textId="77777777" w:rsidR="00410143" w:rsidRPr="00A23215" w:rsidRDefault="00FC64A6" w:rsidP="009A376C">
      <w:pPr>
        <w:spacing w:after="0"/>
        <w:rPr>
          <w:rFonts w:asciiTheme="majorHAnsi" w:hAnsiTheme="majorHAnsi" w:cstheme="majorHAnsi"/>
          <w:b/>
          <w:bCs/>
        </w:rPr>
      </w:pPr>
      <w:r w:rsidRPr="00A23215">
        <w:rPr>
          <w:rFonts w:asciiTheme="majorHAnsi" w:hAnsiTheme="majorHAnsi" w:cstheme="majorHAnsi"/>
          <w:b/>
          <w:bCs/>
        </w:rPr>
        <w:t>Contact 2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410143" w:rsidRPr="00A23215" w14:paraId="74D790A9" w14:textId="77777777" w:rsidTr="00443E83">
        <w:tc>
          <w:tcPr>
            <w:tcW w:w="4320" w:type="dxa"/>
          </w:tcPr>
          <w:p w14:paraId="12A0ADD6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4320" w:type="dxa"/>
          </w:tcPr>
          <w:p w14:paraId="3939AE11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6CC5BC03" w14:textId="77777777" w:rsidTr="00443E83">
        <w:tc>
          <w:tcPr>
            <w:tcW w:w="4320" w:type="dxa"/>
          </w:tcPr>
          <w:p w14:paraId="0CD59AAF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Relationship to child</w:t>
            </w:r>
          </w:p>
        </w:tc>
        <w:tc>
          <w:tcPr>
            <w:tcW w:w="4320" w:type="dxa"/>
          </w:tcPr>
          <w:p w14:paraId="799BE5A4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634D5F82" w14:textId="77777777" w:rsidTr="00443E83">
        <w:tc>
          <w:tcPr>
            <w:tcW w:w="4320" w:type="dxa"/>
          </w:tcPr>
          <w:p w14:paraId="78CAAD9B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Mobile number</w:t>
            </w:r>
          </w:p>
        </w:tc>
        <w:tc>
          <w:tcPr>
            <w:tcW w:w="4320" w:type="dxa"/>
          </w:tcPr>
          <w:p w14:paraId="12731084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712B9B16" w14:textId="77777777" w:rsidTr="00443E83">
        <w:tc>
          <w:tcPr>
            <w:tcW w:w="4320" w:type="dxa"/>
          </w:tcPr>
          <w:p w14:paraId="2A55E9FA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Email</w:t>
            </w:r>
          </w:p>
        </w:tc>
        <w:tc>
          <w:tcPr>
            <w:tcW w:w="4320" w:type="dxa"/>
          </w:tcPr>
          <w:p w14:paraId="3CFDD6F0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A23215" w:rsidRPr="00A23215" w14:paraId="5D8ACF40" w14:textId="77777777" w:rsidTr="00443E83">
        <w:tc>
          <w:tcPr>
            <w:tcW w:w="8640" w:type="dxa"/>
            <w:gridSpan w:val="2"/>
          </w:tcPr>
          <w:p w14:paraId="0D219CD8" w14:textId="75EA0A7D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Parental responsibility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A23215" w:rsidRPr="00A23215" w14:paraId="6E9A602A" w14:textId="77777777" w:rsidTr="00443E83">
        <w:tc>
          <w:tcPr>
            <w:tcW w:w="8640" w:type="dxa"/>
            <w:gridSpan w:val="2"/>
          </w:tcPr>
          <w:p w14:paraId="2916E6A0" w14:textId="35F2E0E6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Lives with child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A23215" w:rsidRPr="00A23215" w14:paraId="1F2D584D" w14:textId="77777777" w:rsidTr="00443E83">
        <w:tc>
          <w:tcPr>
            <w:tcW w:w="8640" w:type="dxa"/>
            <w:gridSpan w:val="2"/>
          </w:tcPr>
          <w:p w14:paraId="3B0DE595" w14:textId="48A8097C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Can collect child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</w:tbl>
    <w:p w14:paraId="77C54D75" w14:textId="77777777" w:rsidR="009A376C" w:rsidRDefault="009A376C" w:rsidP="009A376C">
      <w:pPr>
        <w:spacing w:after="0"/>
        <w:rPr>
          <w:rFonts w:asciiTheme="majorHAnsi" w:hAnsiTheme="majorHAnsi" w:cstheme="majorHAnsi"/>
          <w:b/>
          <w:bCs/>
        </w:rPr>
      </w:pPr>
    </w:p>
    <w:p w14:paraId="29A14D47" w14:textId="163A4CE6" w:rsidR="00410143" w:rsidRPr="009A376C" w:rsidRDefault="009A376C" w:rsidP="00443E83">
      <w:pPr>
        <w:spacing w:after="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  <w:r w:rsidR="00FC64A6" w:rsidRPr="00A23215">
        <w:rPr>
          <w:rFonts w:asciiTheme="majorHAnsi" w:hAnsiTheme="majorHAnsi" w:cstheme="majorHAnsi"/>
          <w:b/>
          <w:bCs/>
        </w:rPr>
        <w:lastRenderedPageBreak/>
        <w:t>Contact 3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410143" w:rsidRPr="00A23215" w14:paraId="22A9BF54" w14:textId="77777777" w:rsidTr="00443E83">
        <w:tc>
          <w:tcPr>
            <w:tcW w:w="4320" w:type="dxa"/>
          </w:tcPr>
          <w:p w14:paraId="2C1E6553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4320" w:type="dxa"/>
          </w:tcPr>
          <w:p w14:paraId="2521F466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04846199" w14:textId="77777777" w:rsidTr="00443E83">
        <w:tc>
          <w:tcPr>
            <w:tcW w:w="4320" w:type="dxa"/>
          </w:tcPr>
          <w:p w14:paraId="651DBDEC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Relationship to child</w:t>
            </w:r>
          </w:p>
        </w:tc>
        <w:tc>
          <w:tcPr>
            <w:tcW w:w="4320" w:type="dxa"/>
          </w:tcPr>
          <w:p w14:paraId="410C00B8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41CAB502" w14:textId="77777777" w:rsidTr="00443E83">
        <w:tc>
          <w:tcPr>
            <w:tcW w:w="4320" w:type="dxa"/>
          </w:tcPr>
          <w:p w14:paraId="65A0DA62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Mobile number</w:t>
            </w:r>
          </w:p>
        </w:tc>
        <w:tc>
          <w:tcPr>
            <w:tcW w:w="4320" w:type="dxa"/>
          </w:tcPr>
          <w:p w14:paraId="66E6DD75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77FBBE79" w14:textId="77777777" w:rsidTr="00443E83">
        <w:tc>
          <w:tcPr>
            <w:tcW w:w="4320" w:type="dxa"/>
          </w:tcPr>
          <w:p w14:paraId="188EEFF6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Email</w:t>
            </w:r>
          </w:p>
        </w:tc>
        <w:tc>
          <w:tcPr>
            <w:tcW w:w="4320" w:type="dxa"/>
          </w:tcPr>
          <w:p w14:paraId="3E9868DD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A23215" w:rsidRPr="00A23215" w14:paraId="6E0217C3" w14:textId="77777777" w:rsidTr="00443E83">
        <w:tc>
          <w:tcPr>
            <w:tcW w:w="8640" w:type="dxa"/>
            <w:gridSpan w:val="2"/>
          </w:tcPr>
          <w:p w14:paraId="6528EC67" w14:textId="71C8107F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Parental responsibility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A23215" w:rsidRPr="00A23215" w14:paraId="2C5D27D8" w14:textId="77777777" w:rsidTr="00443E83">
        <w:tc>
          <w:tcPr>
            <w:tcW w:w="8640" w:type="dxa"/>
            <w:gridSpan w:val="2"/>
          </w:tcPr>
          <w:p w14:paraId="4F7A92C3" w14:textId="3F8365FB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Lives with child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A23215" w:rsidRPr="00A23215" w14:paraId="293B6936" w14:textId="77777777" w:rsidTr="00443E83">
        <w:tc>
          <w:tcPr>
            <w:tcW w:w="8640" w:type="dxa"/>
            <w:gridSpan w:val="2"/>
          </w:tcPr>
          <w:p w14:paraId="63EA2933" w14:textId="44EB1763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Can collect child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</w:tbl>
    <w:p w14:paraId="674014BB" w14:textId="12A13E0A" w:rsidR="00410143" w:rsidRPr="00A23215" w:rsidRDefault="009A376C" w:rsidP="00443E83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5</w:t>
      </w:r>
      <w:r w:rsidR="00FC64A6" w:rsidRPr="00A23215">
        <w:rPr>
          <w:rFonts w:asciiTheme="majorHAnsi" w:hAnsiTheme="majorHAnsi" w:cstheme="majorHAnsi"/>
          <w:b/>
        </w:rPr>
        <w:t>. Medical Information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410143" w:rsidRPr="00A23215" w14:paraId="1E8CDF39" w14:textId="77777777" w:rsidTr="00443E83">
        <w:tc>
          <w:tcPr>
            <w:tcW w:w="4320" w:type="dxa"/>
          </w:tcPr>
          <w:p w14:paraId="20683B27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GP surgery</w:t>
            </w:r>
          </w:p>
        </w:tc>
        <w:tc>
          <w:tcPr>
            <w:tcW w:w="4320" w:type="dxa"/>
          </w:tcPr>
          <w:p w14:paraId="59B20C40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2B40061F" w14:textId="77777777" w:rsidTr="00443E83">
        <w:tc>
          <w:tcPr>
            <w:tcW w:w="4320" w:type="dxa"/>
          </w:tcPr>
          <w:p w14:paraId="1D5C5DBC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NHS number</w:t>
            </w:r>
          </w:p>
        </w:tc>
        <w:tc>
          <w:tcPr>
            <w:tcW w:w="4320" w:type="dxa"/>
          </w:tcPr>
          <w:p w14:paraId="7B84A878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A23215" w:rsidRPr="00A23215" w14:paraId="255338A7" w14:textId="77777777" w:rsidTr="00443E83">
        <w:tc>
          <w:tcPr>
            <w:tcW w:w="8640" w:type="dxa"/>
            <w:gridSpan w:val="2"/>
          </w:tcPr>
          <w:p w14:paraId="39A5B666" w14:textId="19582CDD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Medical conditions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A23215" w:rsidRPr="00A23215" w14:paraId="1E2F5278" w14:textId="77777777" w:rsidTr="00443E83">
        <w:tc>
          <w:tcPr>
            <w:tcW w:w="4320" w:type="dxa"/>
          </w:tcPr>
          <w:p w14:paraId="790EDA1B" w14:textId="38E2C164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If yes, details</w:t>
            </w:r>
            <w:r w:rsidR="00B720EF">
              <w:rPr>
                <w:rFonts w:asciiTheme="majorHAnsi" w:hAnsiTheme="majorHAnsi" w:cstheme="majorHAnsi"/>
              </w:rPr>
              <w:t xml:space="preserve"> (including any regular medication)</w:t>
            </w:r>
          </w:p>
        </w:tc>
        <w:tc>
          <w:tcPr>
            <w:tcW w:w="4320" w:type="dxa"/>
          </w:tcPr>
          <w:p w14:paraId="35EA71F6" w14:textId="77777777" w:rsidR="00A23215" w:rsidRDefault="00A23215">
            <w:pPr>
              <w:rPr>
                <w:rFonts w:asciiTheme="majorHAnsi" w:hAnsiTheme="majorHAnsi" w:cstheme="majorHAnsi"/>
              </w:rPr>
            </w:pPr>
          </w:p>
          <w:p w14:paraId="14193619" w14:textId="77777777" w:rsidR="009A376C" w:rsidRDefault="009A376C">
            <w:pPr>
              <w:rPr>
                <w:rFonts w:asciiTheme="majorHAnsi" w:hAnsiTheme="majorHAnsi" w:cstheme="majorHAnsi"/>
              </w:rPr>
            </w:pPr>
          </w:p>
          <w:p w14:paraId="49D22702" w14:textId="77777777" w:rsidR="009A376C" w:rsidRPr="00A23215" w:rsidRDefault="009A376C">
            <w:pPr>
              <w:rPr>
                <w:rFonts w:asciiTheme="majorHAnsi" w:hAnsiTheme="majorHAnsi" w:cstheme="majorHAnsi"/>
              </w:rPr>
            </w:pPr>
          </w:p>
        </w:tc>
      </w:tr>
      <w:tr w:rsidR="00A23215" w:rsidRPr="00A23215" w14:paraId="6974F1C4" w14:textId="77777777" w:rsidTr="00443E83">
        <w:tc>
          <w:tcPr>
            <w:tcW w:w="8640" w:type="dxa"/>
            <w:gridSpan w:val="2"/>
          </w:tcPr>
          <w:p w14:paraId="1CB511B4" w14:textId="30049FC2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Allergies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A23215" w:rsidRPr="00A23215" w14:paraId="750F77C8" w14:textId="77777777" w:rsidTr="00443E83">
        <w:tc>
          <w:tcPr>
            <w:tcW w:w="4320" w:type="dxa"/>
          </w:tcPr>
          <w:p w14:paraId="4BCA6DEE" w14:textId="53C492E5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If yes, details</w:t>
            </w:r>
          </w:p>
        </w:tc>
        <w:tc>
          <w:tcPr>
            <w:tcW w:w="4320" w:type="dxa"/>
          </w:tcPr>
          <w:p w14:paraId="0EFED7A5" w14:textId="77777777" w:rsidR="00A23215" w:rsidRDefault="00A23215">
            <w:pPr>
              <w:rPr>
                <w:rFonts w:asciiTheme="majorHAnsi" w:hAnsiTheme="majorHAnsi" w:cstheme="majorHAnsi"/>
              </w:rPr>
            </w:pPr>
          </w:p>
          <w:p w14:paraId="2FE81236" w14:textId="77777777" w:rsidR="009A376C" w:rsidRPr="00A23215" w:rsidRDefault="009A376C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45BCDD9E" w14:textId="77777777" w:rsidTr="00443E83">
        <w:tc>
          <w:tcPr>
            <w:tcW w:w="4320" w:type="dxa"/>
          </w:tcPr>
          <w:p w14:paraId="466BE211" w14:textId="37443CF9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Dietary requirements</w:t>
            </w:r>
            <w:r w:rsidR="00A23215" w:rsidRPr="00A23215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4320" w:type="dxa"/>
          </w:tcPr>
          <w:p w14:paraId="55C2C8E7" w14:textId="77777777" w:rsidR="00410143" w:rsidRDefault="00410143">
            <w:pPr>
              <w:rPr>
                <w:rFonts w:asciiTheme="majorHAnsi" w:hAnsiTheme="majorHAnsi" w:cstheme="majorHAnsi"/>
              </w:rPr>
            </w:pPr>
          </w:p>
          <w:p w14:paraId="64EDCD06" w14:textId="77777777" w:rsidR="009A376C" w:rsidRDefault="009A376C">
            <w:pPr>
              <w:rPr>
                <w:rFonts w:asciiTheme="majorHAnsi" w:hAnsiTheme="majorHAnsi" w:cstheme="majorHAnsi"/>
              </w:rPr>
            </w:pPr>
          </w:p>
          <w:p w14:paraId="33CC754D" w14:textId="77777777" w:rsidR="009A376C" w:rsidRPr="00A23215" w:rsidRDefault="009A376C">
            <w:pPr>
              <w:rPr>
                <w:rFonts w:asciiTheme="majorHAnsi" w:hAnsiTheme="majorHAnsi" w:cstheme="majorHAnsi"/>
              </w:rPr>
            </w:pPr>
          </w:p>
        </w:tc>
      </w:tr>
    </w:tbl>
    <w:p w14:paraId="30C1698F" w14:textId="77777777" w:rsidR="009A376C" w:rsidRDefault="009A376C">
      <w:pPr>
        <w:rPr>
          <w:rFonts w:asciiTheme="majorHAnsi" w:hAnsiTheme="majorHAnsi" w:cstheme="majorHAnsi"/>
          <w:b/>
        </w:rPr>
      </w:pPr>
    </w:p>
    <w:p w14:paraId="798EDDA5" w14:textId="19A65AB7" w:rsidR="00410143" w:rsidRPr="009A376C" w:rsidRDefault="009A376C" w:rsidP="00443E83">
      <w:pPr>
        <w:spacing w:after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  <w:r>
        <w:rPr>
          <w:rFonts w:asciiTheme="majorHAnsi" w:hAnsiTheme="majorHAnsi" w:cstheme="majorHAnsi"/>
          <w:b/>
        </w:rPr>
        <w:lastRenderedPageBreak/>
        <w:t>6</w:t>
      </w:r>
      <w:r w:rsidR="00FC64A6" w:rsidRPr="00A23215">
        <w:rPr>
          <w:rFonts w:asciiTheme="majorHAnsi" w:hAnsiTheme="majorHAnsi" w:cstheme="majorHAnsi"/>
          <w:b/>
        </w:rPr>
        <w:t>. Additional Needs (SEND)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A23215" w:rsidRPr="00A23215" w14:paraId="154CE909" w14:textId="77777777" w:rsidTr="00A14122">
        <w:tc>
          <w:tcPr>
            <w:tcW w:w="8630" w:type="dxa"/>
            <w:gridSpan w:val="2"/>
          </w:tcPr>
          <w:p w14:paraId="60722045" w14:textId="6C9511A5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Does your child have SEND?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A23215" w:rsidRPr="00A23215" w14:paraId="7917716B" w14:textId="77777777" w:rsidTr="00A14122">
        <w:tc>
          <w:tcPr>
            <w:tcW w:w="8630" w:type="dxa"/>
            <w:gridSpan w:val="2"/>
          </w:tcPr>
          <w:p w14:paraId="5F090BD2" w14:textId="41BA9EED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Supported by professionals?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410143" w:rsidRPr="00A23215" w14:paraId="62B48082" w14:textId="77777777" w:rsidTr="00A14122">
        <w:tc>
          <w:tcPr>
            <w:tcW w:w="4316" w:type="dxa"/>
          </w:tcPr>
          <w:p w14:paraId="136718EC" w14:textId="0343B527" w:rsidR="00410143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If yes, details</w:t>
            </w:r>
          </w:p>
        </w:tc>
        <w:tc>
          <w:tcPr>
            <w:tcW w:w="4314" w:type="dxa"/>
          </w:tcPr>
          <w:p w14:paraId="3D44B359" w14:textId="77777777" w:rsidR="00410143" w:rsidRDefault="00410143">
            <w:pPr>
              <w:rPr>
                <w:rFonts w:asciiTheme="majorHAnsi" w:hAnsiTheme="majorHAnsi" w:cstheme="majorHAnsi"/>
              </w:rPr>
            </w:pPr>
          </w:p>
          <w:p w14:paraId="37529EB5" w14:textId="77777777" w:rsidR="009A376C" w:rsidRDefault="009A376C">
            <w:pPr>
              <w:rPr>
                <w:rFonts w:asciiTheme="majorHAnsi" w:hAnsiTheme="majorHAnsi" w:cstheme="majorHAnsi"/>
              </w:rPr>
            </w:pPr>
          </w:p>
          <w:p w14:paraId="386818CA" w14:textId="77777777" w:rsidR="009A376C" w:rsidRDefault="009A376C">
            <w:pPr>
              <w:rPr>
                <w:rFonts w:asciiTheme="majorHAnsi" w:hAnsiTheme="majorHAnsi" w:cstheme="majorHAnsi"/>
              </w:rPr>
            </w:pPr>
          </w:p>
          <w:p w14:paraId="7533E3BB" w14:textId="77777777" w:rsidR="009A376C" w:rsidRPr="00A23215" w:rsidRDefault="009A376C">
            <w:pPr>
              <w:rPr>
                <w:rFonts w:asciiTheme="majorHAnsi" w:hAnsiTheme="majorHAnsi" w:cstheme="majorHAnsi"/>
              </w:rPr>
            </w:pPr>
          </w:p>
        </w:tc>
      </w:tr>
    </w:tbl>
    <w:p w14:paraId="41B2D391" w14:textId="7B9654CB" w:rsidR="00410143" w:rsidRPr="00A23215" w:rsidRDefault="009A376C" w:rsidP="00443E83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7</w:t>
      </w:r>
      <w:r w:rsidR="00FC64A6" w:rsidRPr="00A23215">
        <w:rPr>
          <w:rFonts w:asciiTheme="majorHAnsi" w:hAnsiTheme="majorHAnsi" w:cstheme="majorHAnsi"/>
          <w:b/>
        </w:rPr>
        <w:t>. Safeguarding Information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A23215" w:rsidRPr="00A23215" w14:paraId="7C2D68E0" w14:textId="77777777" w:rsidTr="00443E83">
        <w:tc>
          <w:tcPr>
            <w:tcW w:w="8640" w:type="dxa"/>
            <w:gridSpan w:val="2"/>
          </w:tcPr>
          <w:p w14:paraId="21BA1E69" w14:textId="78B12FE6" w:rsidR="00A23215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Known to support services?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410143" w:rsidRPr="00A23215" w14:paraId="03A083C4" w14:textId="77777777" w:rsidTr="00443E83">
        <w:tc>
          <w:tcPr>
            <w:tcW w:w="4320" w:type="dxa"/>
          </w:tcPr>
          <w:p w14:paraId="751D4532" w14:textId="4D0F9DA4" w:rsidR="00410143" w:rsidRPr="00A23215" w:rsidRDefault="00A23215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If yes, d</w:t>
            </w:r>
            <w:r w:rsidR="00FC64A6" w:rsidRPr="00A23215">
              <w:rPr>
                <w:rFonts w:asciiTheme="majorHAnsi" w:hAnsiTheme="majorHAnsi" w:cstheme="majorHAnsi"/>
              </w:rPr>
              <w:t>etails</w:t>
            </w:r>
          </w:p>
        </w:tc>
        <w:tc>
          <w:tcPr>
            <w:tcW w:w="4320" w:type="dxa"/>
          </w:tcPr>
          <w:p w14:paraId="686E1E2D" w14:textId="77777777" w:rsidR="00410143" w:rsidRDefault="00410143">
            <w:pPr>
              <w:rPr>
                <w:rFonts w:asciiTheme="majorHAnsi" w:hAnsiTheme="majorHAnsi" w:cstheme="majorHAnsi"/>
              </w:rPr>
            </w:pPr>
          </w:p>
          <w:p w14:paraId="0799FAE3" w14:textId="77777777" w:rsidR="009A376C" w:rsidRDefault="009A376C">
            <w:pPr>
              <w:rPr>
                <w:rFonts w:asciiTheme="majorHAnsi" w:hAnsiTheme="majorHAnsi" w:cstheme="majorHAnsi"/>
              </w:rPr>
            </w:pPr>
          </w:p>
          <w:p w14:paraId="16C7A8D8" w14:textId="77777777" w:rsidR="009A376C" w:rsidRDefault="009A376C">
            <w:pPr>
              <w:rPr>
                <w:rFonts w:asciiTheme="majorHAnsi" w:hAnsiTheme="majorHAnsi" w:cstheme="majorHAnsi"/>
              </w:rPr>
            </w:pPr>
          </w:p>
          <w:p w14:paraId="7EF477AF" w14:textId="77777777" w:rsidR="009A376C" w:rsidRPr="00A23215" w:rsidRDefault="009A376C">
            <w:pPr>
              <w:rPr>
                <w:rFonts w:asciiTheme="majorHAnsi" w:hAnsiTheme="majorHAnsi" w:cstheme="majorHAnsi"/>
              </w:rPr>
            </w:pPr>
          </w:p>
        </w:tc>
      </w:tr>
    </w:tbl>
    <w:p w14:paraId="50E7A97F" w14:textId="7E8C06BD" w:rsidR="00A14122" w:rsidRDefault="00A14122" w:rsidP="00443E83">
      <w:pPr>
        <w:spacing w:after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8. Additional Information (Funding and Support)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A14122" w:rsidRPr="00A23215" w14:paraId="5008C22B" w14:textId="77777777" w:rsidTr="002A041C">
        <w:tc>
          <w:tcPr>
            <w:tcW w:w="8630" w:type="dxa"/>
          </w:tcPr>
          <w:p w14:paraId="4E9CB3DC" w14:textId="77777777" w:rsidR="00A14122" w:rsidRDefault="00A14122" w:rsidP="002A041C">
            <w:pPr>
              <w:rPr>
                <w:rFonts w:asciiTheme="majorHAnsi" w:hAnsiTheme="majorHAnsi" w:cstheme="majorHAnsi"/>
              </w:rPr>
            </w:pPr>
            <w:r w:rsidRPr="00A14122">
              <w:rPr>
                <w:rFonts w:asciiTheme="majorHAnsi" w:hAnsiTheme="majorHAnsi" w:cstheme="majorHAnsi"/>
              </w:rPr>
              <w:t xml:space="preserve">Is your child adopted from care or previously looked after (post LAC)? </w:t>
            </w:r>
          </w:p>
          <w:p w14:paraId="350D086B" w14:textId="6E0B9D41" w:rsidR="00A14122" w:rsidRPr="00A23215" w:rsidRDefault="00A14122" w:rsidP="002A041C">
            <w:pPr>
              <w:rPr>
                <w:rFonts w:asciiTheme="majorHAnsi" w:hAnsiTheme="majorHAnsi" w:cstheme="majorHAnsi"/>
              </w:rPr>
            </w:pPr>
            <w:r w:rsidRPr="00A14122">
              <w:rPr>
                <w:rFonts w:ascii="Segoe UI Symbol" w:hAnsi="Segoe UI Symbol" w:cs="Segoe UI Symbol"/>
              </w:rPr>
              <w:t>☐</w:t>
            </w:r>
            <w:r w:rsidRPr="00A14122">
              <w:rPr>
                <w:rFonts w:asciiTheme="majorHAnsi" w:hAnsiTheme="majorHAnsi" w:cstheme="majorHAnsi"/>
              </w:rPr>
              <w:t xml:space="preserve"> Yes </w:t>
            </w:r>
            <w:r w:rsidRPr="00A14122">
              <w:rPr>
                <w:rFonts w:ascii="Segoe UI Symbol" w:hAnsi="Segoe UI Symbol" w:cs="Segoe UI Symbol"/>
              </w:rPr>
              <w:t>☐</w:t>
            </w:r>
            <w:r w:rsidRPr="00A14122">
              <w:rPr>
                <w:rFonts w:asciiTheme="majorHAnsi" w:hAnsiTheme="majorHAnsi" w:cstheme="majorHAnsi"/>
              </w:rPr>
              <w:t xml:space="preserve"> No </w:t>
            </w:r>
            <w:r w:rsidRPr="00A14122">
              <w:rPr>
                <w:rFonts w:ascii="Segoe UI Symbol" w:hAnsi="Segoe UI Symbol" w:cs="Segoe UI Symbol"/>
              </w:rPr>
              <w:t>☐</w:t>
            </w:r>
            <w:r w:rsidRPr="00A14122">
              <w:rPr>
                <w:rFonts w:asciiTheme="majorHAnsi" w:hAnsiTheme="majorHAnsi" w:cstheme="majorHAnsi"/>
              </w:rPr>
              <w:t xml:space="preserve"> Prefer not to say</w:t>
            </w:r>
          </w:p>
        </w:tc>
      </w:tr>
      <w:tr w:rsidR="00A14122" w:rsidRPr="00A23215" w14:paraId="5AD2EC3C" w14:textId="77777777" w:rsidTr="002A041C">
        <w:tc>
          <w:tcPr>
            <w:tcW w:w="8630" w:type="dxa"/>
          </w:tcPr>
          <w:p w14:paraId="5B9DBBF2" w14:textId="77777777" w:rsidR="00A14122" w:rsidRDefault="00A14122" w:rsidP="002A041C">
            <w:pPr>
              <w:rPr>
                <w:rFonts w:asciiTheme="majorHAnsi" w:hAnsiTheme="majorHAnsi" w:cstheme="majorHAnsi"/>
              </w:rPr>
            </w:pPr>
            <w:r w:rsidRPr="00A14122">
              <w:rPr>
                <w:rFonts w:asciiTheme="majorHAnsi" w:hAnsiTheme="majorHAnsi" w:cstheme="majorHAnsi"/>
              </w:rPr>
              <w:t xml:space="preserve">Is your child currently looked after by a local authority? </w:t>
            </w:r>
          </w:p>
          <w:p w14:paraId="7B0DC887" w14:textId="1D3028E6" w:rsidR="00A14122" w:rsidRPr="00A23215" w:rsidRDefault="00A14122" w:rsidP="002A041C">
            <w:pPr>
              <w:rPr>
                <w:rFonts w:asciiTheme="majorHAnsi" w:hAnsiTheme="majorHAnsi" w:cstheme="majorHAnsi"/>
              </w:rPr>
            </w:pPr>
            <w:r w:rsidRPr="00A14122">
              <w:rPr>
                <w:rFonts w:ascii="Segoe UI Symbol" w:hAnsi="Segoe UI Symbol" w:cs="Segoe UI Symbol"/>
              </w:rPr>
              <w:t>☐</w:t>
            </w:r>
            <w:r w:rsidRPr="00A14122">
              <w:rPr>
                <w:rFonts w:asciiTheme="majorHAnsi" w:hAnsiTheme="majorHAnsi" w:cstheme="majorHAnsi"/>
              </w:rPr>
              <w:t xml:space="preserve"> Yes </w:t>
            </w:r>
            <w:r w:rsidRPr="00A14122">
              <w:rPr>
                <w:rFonts w:ascii="Segoe UI Symbol" w:hAnsi="Segoe UI Symbol" w:cs="Segoe UI Symbol"/>
              </w:rPr>
              <w:t>☐</w:t>
            </w:r>
            <w:r w:rsidRPr="00A14122">
              <w:rPr>
                <w:rFonts w:asciiTheme="majorHAnsi" w:hAnsiTheme="majorHAnsi" w:cstheme="majorHAnsi"/>
              </w:rPr>
              <w:t xml:space="preserve"> No </w:t>
            </w:r>
            <w:r w:rsidRPr="00A14122">
              <w:rPr>
                <w:rFonts w:ascii="Segoe UI Symbol" w:hAnsi="Segoe UI Symbol" w:cs="Segoe UI Symbol"/>
              </w:rPr>
              <w:t>☐</w:t>
            </w:r>
            <w:r w:rsidRPr="00A14122">
              <w:rPr>
                <w:rFonts w:asciiTheme="majorHAnsi" w:hAnsiTheme="majorHAnsi" w:cstheme="majorHAnsi"/>
              </w:rPr>
              <w:t xml:space="preserve"> Prefer not to say</w:t>
            </w:r>
          </w:p>
        </w:tc>
      </w:tr>
      <w:tr w:rsidR="00A14122" w:rsidRPr="00A23215" w14:paraId="4C3142E3" w14:textId="77777777" w:rsidTr="002A041C">
        <w:tc>
          <w:tcPr>
            <w:tcW w:w="8630" w:type="dxa"/>
          </w:tcPr>
          <w:p w14:paraId="0D91AE4F" w14:textId="77777777" w:rsidR="00A14122" w:rsidRDefault="00A14122" w:rsidP="002A041C">
            <w:pPr>
              <w:rPr>
                <w:rFonts w:asciiTheme="majorHAnsi" w:hAnsiTheme="majorHAnsi" w:cstheme="majorHAnsi"/>
              </w:rPr>
            </w:pPr>
            <w:r w:rsidRPr="00A14122">
              <w:rPr>
                <w:rFonts w:asciiTheme="majorHAnsi" w:hAnsiTheme="majorHAnsi" w:cstheme="majorHAnsi"/>
              </w:rPr>
              <w:t xml:space="preserve">Does your child receive Disability Living Allowance (DLA)? </w:t>
            </w:r>
          </w:p>
          <w:p w14:paraId="2F863F25" w14:textId="4CD11EA6" w:rsidR="00A14122" w:rsidRPr="00A14122" w:rsidRDefault="00A14122" w:rsidP="002A041C">
            <w:pPr>
              <w:rPr>
                <w:rFonts w:asciiTheme="majorHAnsi" w:hAnsiTheme="majorHAnsi" w:cstheme="majorHAnsi"/>
              </w:rPr>
            </w:pPr>
            <w:r w:rsidRPr="00A14122">
              <w:rPr>
                <w:rFonts w:ascii="Segoe UI Symbol" w:hAnsi="Segoe UI Symbol" w:cs="Segoe UI Symbol"/>
              </w:rPr>
              <w:t>☐</w:t>
            </w:r>
            <w:r w:rsidRPr="00A14122">
              <w:rPr>
                <w:rFonts w:asciiTheme="majorHAnsi" w:hAnsiTheme="majorHAnsi" w:cstheme="majorHAnsi"/>
              </w:rPr>
              <w:t xml:space="preserve"> Yes </w:t>
            </w:r>
            <w:r w:rsidRPr="00A14122">
              <w:rPr>
                <w:rFonts w:ascii="Segoe UI Symbol" w:hAnsi="Segoe UI Symbol" w:cs="Segoe UI Symbol"/>
              </w:rPr>
              <w:t>☐</w:t>
            </w:r>
            <w:r w:rsidRPr="00A14122">
              <w:rPr>
                <w:rFonts w:asciiTheme="majorHAnsi" w:hAnsiTheme="majorHAnsi" w:cstheme="majorHAnsi"/>
              </w:rPr>
              <w:t xml:space="preserve"> No </w:t>
            </w:r>
            <w:r w:rsidRPr="00A14122">
              <w:rPr>
                <w:rFonts w:ascii="Segoe UI Symbol" w:hAnsi="Segoe UI Symbol" w:cs="Segoe UI Symbol"/>
              </w:rPr>
              <w:t>☐</w:t>
            </w:r>
            <w:r w:rsidRPr="00A14122">
              <w:rPr>
                <w:rFonts w:asciiTheme="majorHAnsi" w:hAnsiTheme="majorHAnsi" w:cstheme="majorHAnsi"/>
              </w:rPr>
              <w:t xml:space="preserve"> Prefer not to say</w:t>
            </w:r>
          </w:p>
        </w:tc>
      </w:tr>
    </w:tbl>
    <w:p w14:paraId="28BCDD2A" w14:textId="77777777" w:rsidR="00A14122" w:rsidRDefault="00A14122" w:rsidP="00443E83">
      <w:pPr>
        <w:spacing w:after="0"/>
        <w:rPr>
          <w:rFonts w:asciiTheme="majorHAnsi" w:hAnsiTheme="majorHAnsi" w:cstheme="majorHAnsi"/>
          <w:b/>
        </w:rPr>
      </w:pPr>
    </w:p>
    <w:p w14:paraId="1EFDC843" w14:textId="77777777" w:rsidR="00A14122" w:rsidRDefault="00A14122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p w14:paraId="3FEBAE2D" w14:textId="28D8C4AC" w:rsidR="00410143" w:rsidRPr="00A23215" w:rsidRDefault="00A14122" w:rsidP="00443E83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lastRenderedPageBreak/>
        <w:t>9</w:t>
      </w:r>
      <w:r w:rsidR="00FC64A6" w:rsidRPr="00A23215">
        <w:rPr>
          <w:rFonts w:asciiTheme="majorHAnsi" w:hAnsiTheme="majorHAnsi" w:cstheme="majorHAnsi"/>
          <w:b/>
        </w:rPr>
        <w:t>. Nursery Attendance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410143" w:rsidRPr="00A23215" w14:paraId="0B7151E5" w14:textId="77777777" w:rsidTr="00443E83">
        <w:tc>
          <w:tcPr>
            <w:tcW w:w="2880" w:type="dxa"/>
          </w:tcPr>
          <w:p w14:paraId="4F85C21F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Day</w:t>
            </w:r>
          </w:p>
        </w:tc>
        <w:tc>
          <w:tcPr>
            <w:tcW w:w="2880" w:type="dxa"/>
          </w:tcPr>
          <w:p w14:paraId="59750DEE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Morning (8:45–12:30)</w:t>
            </w:r>
          </w:p>
        </w:tc>
        <w:tc>
          <w:tcPr>
            <w:tcW w:w="2880" w:type="dxa"/>
          </w:tcPr>
          <w:p w14:paraId="7AA44829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Full Day (8:45–15:15)</w:t>
            </w:r>
          </w:p>
        </w:tc>
      </w:tr>
      <w:tr w:rsidR="00410143" w:rsidRPr="00A23215" w14:paraId="40FB76ED" w14:textId="77777777" w:rsidTr="00443E83">
        <w:tc>
          <w:tcPr>
            <w:tcW w:w="2880" w:type="dxa"/>
          </w:tcPr>
          <w:p w14:paraId="155F818E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Monday</w:t>
            </w:r>
          </w:p>
        </w:tc>
        <w:tc>
          <w:tcPr>
            <w:tcW w:w="2880" w:type="dxa"/>
          </w:tcPr>
          <w:p w14:paraId="0BF9E361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0C94BBF6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</w:tr>
      <w:tr w:rsidR="00410143" w:rsidRPr="00A23215" w14:paraId="70537921" w14:textId="77777777" w:rsidTr="00443E83">
        <w:tc>
          <w:tcPr>
            <w:tcW w:w="2880" w:type="dxa"/>
          </w:tcPr>
          <w:p w14:paraId="0A0E4289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Tuesday</w:t>
            </w:r>
          </w:p>
        </w:tc>
        <w:tc>
          <w:tcPr>
            <w:tcW w:w="2880" w:type="dxa"/>
          </w:tcPr>
          <w:p w14:paraId="601B2C7A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0D8632B1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</w:tr>
      <w:tr w:rsidR="00410143" w:rsidRPr="00A23215" w14:paraId="35440338" w14:textId="77777777" w:rsidTr="00443E83">
        <w:tc>
          <w:tcPr>
            <w:tcW w:w="2880" w:type="dxa"/>
          </w:tcPr>
          <w:p w14:paraId="4D5AD61B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Wednesday</w:t>
            </w:r>
          </w:p>
        </w:tc>
        <w:tc>
          <w:tcPr>
            <w:tcW w:w="2880" w:type="dxa"/>
          </w:tcPr>
          <w:p w14:paraId="30D4B209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6ABED025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</w:tr>
      <w:tr w:rsidR="00410143" w:rsidRPr="00A23215" w14:paraId="525C011D" w14:textId="77777777" w:rsidTr="00443E83">
        <w:tc>
          <w:tcPr>
            <w:tcW w:w="2880" w:type="dxa"/>
          </w:tcPr>
          <w:p w14:paraId="0D3C44C7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Thursday</w:t>
            </w:r>
          </w:p>
        </w:tc>
        <w:tc>
          <w:tcPr>
            <w:tcW w:w="2880" w:type="dxa"/>
          </w:tcPr>
          <w:p w14:paraId="5C273A11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67EB8BB8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</w:tr>
      <w:tr w:rsidR="00410143" w:rsidRPr="00A23215" w14:paraId="7643BD19" w14:textId="77777777" w:rsidTr="00443E83">
        <w:tc>
          <w:tcPr>
            <w:tcW w:w="2880" w:type="dxa"/>
          </w:tcPr>
          <w:p w14:paraId="2EA38543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Friday</w:t>
            </w:r>
          </w:p>
        </w:tc>
        <w:tc>
          <w:tcPr>
            <w:tcW w:w="2880" w:type="dxa"/>
          </w:tcPr>
          <w:p w14:paraId="523C1901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80" w:type="dxa"/>
          </w:tcPr>
          <w:p w14:paraId="66982802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0BA08550" w14:textId="77777777" w:rsidR="009A376C" w:rsidRDefault="009A376C">
      <w:pPr>
        <w:rPr>
          <w:rFonts w:asciiTheme="majorHAnsi" w:hAnsiTheme="majorHAnsi" w:cstheme="majorHAnsi"/>
          <w:b/>
        </w:rPr>
      </w:pPr>
    </w:p>
    <w:p w14:paraId="12F5B19A" w14:textId="3F85F0A5" w:rsidR="005C019A" w:rsidRPr="00A14122" w:rsidRDefault="00A14122" w:rsidP="00A14122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10</w:t>
      </w:r>
      <w:r w:rsidR="005C019A">
        <w:rPr>
          <w:rFonts w:asciiTheme="majorHAnsi" w:hAnsiTheme="majorHAnsi" w:cstheme="majorHAnsi"/>
          <w:b/>
        </w:rPr>
        <w:t>. Child’s Routine and Development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5C019A" w:rsidRPr="00A23215" w14:paraId="4961B082" w14:textId="77777777" w:rsidTr="00E35C6A">
        <w:tc>
          <w:tcPr>
            <w:tcW w:w="4320" w:type="dxa"/>
          </w:tcPr>
          <w:p w14:paraId="3897B263" w14:textId="10BC04A0" w:rsidR="005C019A" w:rsidRPr="00A23215" w:rsidRDefault="005C019A" w:rsidP="00E35C6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What is your child’s eating like? (e.g. eats independently, fussy eater)</w:t>
            </w:r>
          </w:p>
        </w:tc>
        <w:tc>
          <w:tcPr>
            <w:tcW w:w="4320" w:type="dxa"/>
          </w:tcPr>
          <w:p w14:paraId="0D0CA314" w14:textId="77777777" w:rsidR="005C019A" w:rsidRDefault="005C019A" w:rsidP="00E35C6A">
            <w:pPr>
              <w:rPr>
                <w:rFonts w:asciiTheme="majorHAnsi" w:hAnsiTheme="majorHAnsi" w:cstheme="majorHAnsi"/>
              </w:rPr>
            </w:pPr>
          </w:p>
          <w:p w14:paraId="7626FD33" w14:textId="77777777" w:rsidR="005C019A" w:rsidRDefault="005C019A" w:rsidP="00E35C6A">
            <w:pPr>
              <w:rPr>
                <w:rFonts w:asciiTheme="majorHAnsi" w:hAnsiTheme="majorHAnsi" w:cstheme="majorHAnsi"/>
              </w:rPr>
            </w:pPr>
          </w:p>
          <w:p w14:paraId="5041094E" w14:textId="77777777" w:rsidR="005C019A" w:rsidRDefault="005C019A" w:rsidP="00E35C6A">
            <w:pPr>
              <w:rPr>
                <w:rFonts w:asciiTheme="majorHAnsi" w:hAnsiTheme="majorHAnsi" w:cstheme="majorHAnsi"/>
              </w:rPr>
            </w:pPr>
          </w:p>
          <w:p w14:paraId="2EA34A2F" w14:textId="180A2DBE" w:rsidR="005C019A" w:rsidRPr="00A23215" w:rsidRDefault="005C019A" w:rsidP="00E35C6A">
            <w:pPr>
              <w:rPr>
                <w:rFonts w:asciiTheme="majorHAnsi" w:hAnsiTheme="majorHAnsi" w:cstheme="majorHAnsi"/>
              </w:rPr>
            </w:pPr>
          </w:p>
        </w:tc>
      </w:tr>
      <w:tr w:rsidR="005C019A" w:rsidRPr="00A23215" w14:paraId="3939418B" w14:textId="77777777" w:rsidTr="00E35C6A">
        <w:tc>
          <w:tcPr>
            <w:tcW w:w="4320" w:type="dxa"/>
          </w:tcPr>
          <w:p w14:paraId="43BD5759" w14:textId="6C44E99A" w:rsidR="005C019A" w:rsidRPr="00A23215" w:rsidRDefault="005C019A" w:rsidP="00E35C6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Toileting needs</w:t>
            </w:r>
          </w:p>
        </w:tc>
        <w:tc>
          <w:tcPr>
            <w:tcW w:w="4320" w:type="dxa"/>
          </w:tcPr>
          <w:p w14:paraId="48EDC4ED" w14:textId="77777777" w:rsidR="005C019A" w:rsidRDefault="005C019A" w:rsidP="00E35C6A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In nappies</w:t>
            </w:r>
            <w:r w:rsidRPr="00A23215">
              <w:rPr>
                <w:rFonts w:asciiTheme="majorHAnsi" w:hAnsiTheme="majorHAnsi" w:cstheme="majorHAnsi"/>
              </w:rPr>
              <w:t xml:space="preserve">   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Toilet training </w:t>
            </w:r>
          </w:p>
          <w:p w14:paraId="51CCCF4B" w14:textId="3FD42720" w:rsidR="005C019A" w:rsidRPr="00A23215" w:rsidRDefault="005C019A" w:rsidP="00E35C6A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Fully toilet trained</w:t>
            </w:r>
          </w:p>
        </w:tc>
      </w:tr>
      <w:tr w:rsidR="005C019A" w:rsidRPr="00A23215" w14:paraId="565326EA" w14:textId="77777777" w:rsidTr="00E35C6A">
        <w:tc>
          <w:tcPr>
            <w:tcW w:w="4320" w:type="dxa"/>
          </w:tcPr>
          <w:p w14:paraId="64944E68" w14:textId="6D729122" w:rsidR="005C019A" w:rsidRPr="00A23215" w:rsidRDefault="005C019A" w:rsidP="00E35C6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Has your child attended another setting?</w:t>
            </w:r>
          </w:p>
        </w:tc>
        <w:tc>
          <w:tcPr>
            <w:tcW w:w="4320" w:type="dxa"/>
          </w:tcPr>
          <w:p w14:paraId="2890CE9D" w14:textId="77777777" w:rsidR="005C019A" w:rsidRPr="00A23215" w:rsidRDefault="005C019A" w:rsidP="00E35C6A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  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5C019A" w:rsidRPr="00A23215" w14:paraId="43A5834D" w14:textId="77777777" w:rsidTr="00E35C6A">
        <w:tc>
          <w:tcPr>
            <w:tcW w:w="4320" w:type="dxa"/>
          </w:tcPr>
          <w:p w14:paraId="3749133E" w14:textId="77E6AF22" w:rsidR="005C019A" w:rsidRDefault="005C019A" w:rsidP="00E35C6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If yes, details</w:t>
            </w:r>
          </w:p>
        </w:tc>
        <w:tc>
          <w:tcPr>
            <w:tcW w:w="4320" w:type="dxa"/>
          </w:tcPr>
          <w:p w14:paraId="20E862C1" w14:textId="77777777" w:rsidR="005C019A" w:rsidRDefault="005C019A" w:rsidP="00E35C6A">
            <w:pPr>
              <w:rPr>
                <w:rFonts w:ascii="Segoe UI Symbol" w:hAnsi="Segoe UI Symbol" w:cs="Segoe UI Symbol"/>
              </w:rPr>
            </w:pPr>
          </w:p>
          <w:p w14:paraId="2DFE2CC2" w14:textId="77777777" w:rsidR="005C019A" w:rsidRDefault="005C019A" w:rsidP="00E35C6A">
            <w:pPr>
              <w:rPr>
                <w:rFonts w:ascii="Segoe UI Symbol" w:hAnsi="Segoe UI Symbol" w:cs="Segoe UI Symbol"/>
              </w:rPr>
            </w:pPr>
          </w:p>
          <w:p w14:paraId="47FB2D86" w14:textId="77777777" w:rsidR="005C019A" w:rsidRDefault="005C019A" w:rsidP="00E35C6A">
            <w:pPr>
              <w:rPr>
                <w:rFonts w:ascii="Segoe UI Symbol" w:hAnsi="Segoe UI Symbol" w:cs="Segoe UI Symbol"/>
              </w:rPr>
            </w:pPr>
          </w:p>
          <w:p w14:paraId="097409B8" w14:textId="77777777" w:rsidR="005C019A" w:rsidRPr="00A23215" w:rsidRDefault="005C019A" w:rsidP="00E35C6A">
            <w:pPr>
              <w:rPr>
                <w:rFonts w:ascii="Segoe UI Symbol" w:hAnsi="Segoe UI Symbol" w:cs="Segoe UI Symbol"/>
              </w:rPr>
            </w:pPr>
          </w:p>
        </w:tc>
      </w:tr>
    </w:tbl>
    <w:p w14:paraId="34CB00A5" w14:textId="77777777" w:rsidR="005C019A" w:rsidRPr="005C019A" w:rsidRDefault="005C019A" w:rsidP="00443E83">
      <w:pPr>
        <w:spacing w:after="0"/>
        <w:rPr>
          <w:rFonts w:asciiTheme="majorHAnsi" w:hAnsiTheme="majorHAnsi" w:cstheme="majorHAnsi"/>
          <w:bCs/>
        </w:rPr>
      </w:pPr>
    </w:p>
    <w:p w14:paraId="5EB4990D" w14:textId="77777777" w:rsidR="00A14122" w:rsidRDefault="00A14122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p w14:paraId="1FBA6943" w14:textId="106DC894" w:rsidR="00410143" w:rsidRPr="00A23215" w:rsidRDefault="00A14122" w:rsidP="00443E83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lastRenderedPageBreak/>
        <w:t>11</w:t>
      </w:r>
      <w:r w:rsidR="00FC64A6" w:rsidRPr="00A23215">
        <w:rPr>
          <w:rFonts w:asciiTheme="majorHAnsi" w:hAnsiTheme="majorHAnsi" w:cstheme="majorHAnsi"/>
          <w:b/>
        </w:rPr>
        <w:t>. Consents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410143" w:rsidRPr="00A23215" w14:paraId="21555FAA" w14:textId="77777777" w:rsidTr="00443E83">
        <w:tc>
          <w:tcPr>
            <w:tcW w:w="4320" w:type="dxa"/>
          </w:tcPr>
          <w:p w14:paraId="4D64E882" w14:textId="2E7A818E" w:rsidR="00410143" w:rsidRPr="00A23215" w:rsidRDefault="00FC64A6" w:rsidP="005C019A">
            <w:pPr>
              <w:tabs>
                <w:tab w:val="left" w:pos="2790"/>
              </w:tabs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 xml:space="preserve">Photo use within </w:t>
            </w:r>
            <w:r w:rsidR="005C019A">
              <w:rPr>
                <w:rFonts w:asciiTheme="majorHAnsi" w:hAnsiTheme="majorHAnsi" w:cstheme="majorHAnsi"/>
              </w:rPr>
              <w:t>school</w:t>
            </w:r>
            <w:r w:rsidR="005C019A">
              <w:rPr>
                <w:rFonts w:asciiTheme="majorHAnsi" w:hAnsiTheme="majorHAnsi" w:cstheme="majorHAnsi"/>
              </w:rPr>
              <w:tab/>
            </w:r>
          </w:p>
        </w:tc>
        <w:tc>
          <w:tcPr>
            <w:tcW w:w="4320" w:type="dxa"/>
          </w:tcPr>
          <w:p w14:paraId="3338B3C5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  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410143" w:rsidRPr="00A23215" w14:paraId="53BD4962" w14:textId="77777777" w:rsidTr="00443E83">
        <w:tc>
          <w:tcPr>
            <w:tcW w:w="4320" w:type="dxa"/>
          </w:tcPr>
          <w:p w14:paraId="6343C117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Photo use on website/social media</w:t>
            </w:r>
          </w:p>
        </w:tc>
        <w:tc>
          <w:tcPr>
            <w:tcW w:w="4320" w:type="dxa"/>
          </w:tcPr>
          <w:p w14:paraId="3953825F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  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410143" w:rsidRPr="00A23215" w14:paraId="1F1AFA81" w14:textId="77777777" w:rsidTr="00443E83">
        <w:tc>
          <w:tcPr>
            <w:tcW w:w="4320" w:type="dxa"/>
          </w:tcPr>
          <w:p w14:paraId="1FB50A66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Emergency medical treatment consent</w:t>
            </w:r>
          </w:p>
        </w:tc>
        <w:tc>
          <w:tcPr>
            <w:tcW w:w="4320" w:type="dxa"/>
          </w:tcPr>
          <w:p w14:paraId="7F5C9DB4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Yes    </w:t>
            </w:r>
            <w:r w:rsidRPr="00A23215">
              <w:rPr>
                <w:rFonts w:ascii="Segoe UI Symbol" w:hAnsi="Segoe UI Symbol" w:cs="Segoe UI Symbol"/>
              </w:rPr>
              <w:t>☐</w:t>
            </w:r>
            <w:r w:rsidRPr="00A23215">
              <w:rPr>
                <w:rFonts w:asciiTheme="majorHAnsi" w:hAnsiTheme="majorHAnsi" w:cstheme="majorHAnsi"/>
              </w:rPr>
              <w:t xml:space="preserve"> No</w:t>
            </w:r>
          </w:p>
        </w:tc>
      </w:tr>
    </w:tbl>
    <w:p w14:paraId="6908E0EE" w14:textId="4FD66890" w:rsidR="00410143" w:rsidRPr="00A23215" w:rsidRDefault="00A14122" w:rsidP="00443E83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12</w:t>
      </w:r>
      <w:r w:rsidR="00FC64A6" w:rsidRPr="00A23215">
        <w:rPr>
          <w:rFonts w:asciiTheme="majorHAnsi" w:hAnsiTheme="majorHAnsi" w:cstheme="majorHAnsi"/>
          <w:b/>
        </w:rPr>
        <w:t>. Declaration</w:t>
      </w:r>
    </w:p>
    <w:p w14:paraId="14AA01E6" w14:textId="77777777" w:rsidR="00410143" w:rsidRPr="00A23215" w:rsidRDefault="00FC64A6">
      <w:pPr>
        <w:rPr>
          <w:rFonts w:asciiTheme="majorHAnsi" w:hAnsiTheme="majorHAnsi" w:cstheme="majorHAnsi"/>
        </w:rPr>
      </w:pPr>
      <w:r w:rsidRPr="00A23215">
        <w:rPr>
          <w:rFonts w:asciiTheme="majorHAnsi" w:hAnsiTheme="majorHAnsi" w:cstheme="majorHAnsi"/>
        </w:rPr>
        <w:t>I confirm the information provided is accurate and up to date.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410143" w:rsidRPr="00A23215" w14:paraId="56119932" w14:textId="77777777" w:rsidTr="00443E83">
        <w:tc>
          <w:tcPr>
            <w:tcW w:w="4320" w:type="dxa"/>
          </w:tcPr>
          <w:p w14:paraId="59179C8F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4320" w:type="dxa"/>
          </w:tcPr>
          <w:p w14:paraId="79DE0924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0934CAD2" w14:textId="77777777" w:rsidTr="00443E83">
        <w:tc>
          <w:tcPr>
            <w:tcW w:w="4320" w:type="dxa"/>
          </w:tcPr>
          <w:p w14:paraId="7C2EFB63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Signature</w:t>
            </w:r>
          </w:p>
        </w:tc>
        <w:tc>
          <w:tcPr>
            <w:tcW w:w="4320" w:type="dxa"/>
          </w:tcPr>
          <w:p w14:paraId="316EF835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  <w:tr w:rsidR="00410143" w:rsidRPr="00A23215" w14:paraId="75D2E95F" w14:textId="77777777" w:rsidTr="00443E83">
        <w:tc>
          <w:tcPr>
            <w:tcW w:w="4320" w:type="dxa"/>
          </w:tcPr>
          <w:p w14:paraId="49558B4B" w14:textId="77777777" w:rsidR="00410143" w:rsidRPr="00A23215" w:rsidRDefault="00FC64A6">
            <w:pPr>
              <w:rPr>
                <w:rFonts w:asciiTheme="majorHAnsi" w:hAnsiTheme="majorHAnsi" w:cstheme="majorHAnsi"/>
              </w:rPr>
            </w:pPr>
            <w:r w:rsidRPr="00A23215">
              <w:rPr>
                <w:rFonts w:asciiTheme="majorHAnsi" w:hAnsiTheme="majorHAnsi" w:cstheme="majorHAnsi"/>
              </w:rPr>
              <w:t>Date</w:t>
            </w:r>
          </w:p>
        </w:tc>
        <w:tc>
          <w:tcPr>
            <w:tcW w:w="4320" w:type="dxa"/>
          </w:tcPr>
          <w:p w14:paraId="71CD8E24" w14:textId="77777777" w:rsidR="00410143" w:rsidRPr="00A23215" w:rsidRDefault="00410143">
            <w:pPr>
              <w:rPr>
                <w:rFonts w:asciiTheme="majorHAnsi" w:hAnsiTheme="majorHAnsi" w:cstheme="majorHAnsi"/>
              </w:rPr>
            </w:pPr>
          </w:p>
        </w:tc>
      </w:tr>
    </w:tbl>
    <w:p w14:paraId="374FC9BD" w14:textId="77777777" w:rsidR="00FC64A6" w:rsidRPr="00A23215" w:rsidRDefault="00FC64A6">
      <w:pPr>
        <w:rPr>
          <w:rFonts w:asciiTheme="majorHAnsi" w:hAnsiTheme="majorHAnsi" w:cstheme="majorHAnsi"/>
        </w:rPr>
      </w:pPr>
    </w:p>
    <w:sectPr w:rsidR="00FC64A6" w:rsidRPr="00A23215" w:rsidSect="00A47637">
      <w:headerReference w:type="default" r:id="rId8"/>
      <w:pgSz w:w="12240" w:h="15840"/>
      <w:pgMar w:top="3119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1298E" w14:textId="77777777" w:rsidR="005309DE" w:rsidRDefault="005309DE" w:rsidP="00A47637">
      <w:pPr>
        <w:spacing w:after="0" w:line="240" w:lineRule="auto"/>
      </w:pPr>
      <w:r>
        <w:separator/>
      </w:r>
    </w:p>
  </w:endnote>
  <w:endnote w:type="continuationSeparator" w:id="0">
    <w:p w14:paraId="628CDF19" w14:textId="77777777" w:rsidR="005309DE" w:rsidRDefault="005309DE" w:rsidP="00A47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CE20B" w14:textId="77777777" w:rsidR="005309DE" w:rsidRDefault="005309DE" w:rsidP="00A47637">
      <w:pPr>
        <w:spacing w:after="0" w:line="240" w:lineRule="auto"/>
      </w:pPr>
      <w:r>
        <w:separator/>
      </w:r>
    </w:p>
  </w:footnote>
  <w:footnote w:type="continuationSeparator" w:id="0">
    <w:p w14:paraId="09579045" w14:textId="77777777" w:rsidR="005309DE" w:rsidRDefault="005309DE" w:rsidP="00A47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A2F4" w14:textId="67FE47D3" w:rsidR="00A47637" w:rsidRDefault="00A23215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1166B21" wp14:editId="30C4BD8D">
              <wp:simplePos x="0" y="0"/>
              <wp:positionH relativeFrom="column">
                <wp:posOffset>-76200</wp:posOffset>
              </wp:positionH>
              <wp:positionV relativeFrom="paragraph">
                <wp:posOffset>923925</wp:posOffset>
              </wp:positionV>
              <wp:extent cx="3867150" cy="39052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150" cy="390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DF05DC" w14:textId="128D6056" w:rsidR="00A23215" w:rsidRPr="00A23215" w:rsidRDefault="00A23215">
                          <w:pPr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A23215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Nursery Enrolment &amp; Data Capture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166B2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pt;margin-top:72.75pt;width:304.5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" filled="f" stroked="f">
              <v:textbox>
                <w:txbxContent>
                  <w:p w14:paraId="48DF05DC" w14:textId="128D6056" w:rsidR="00A23215" w:rsidRPr="00A23215" w:rsidRDefault="00A23215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A23215">
                      <w:rPr>
                        <w:b/>
                        <w:bCs/>
                        <w:sz w:val="28"/>
                        <w:szCs w:val="28"/>
                      </w:rPr>
                      <w:t>Nursery Enrolment &amp; Data Capture Form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47637" w:rsidRPr="00C34A8E">
      <w:rPr>
        <w:noProof/>
        <w:lang w:val="en-GB" w:eastAsia="en-GB"/>
      </w:rPr>
      <w:drawing>
        <wp:anchor distT="0" distB="0" distL="0" distR="0" simplePos="0" relativeHeight="251658240" behindDoc="0" locked="0" layoutInCell="1" allowOverlap="1" wp14:anchorId="6F8C8BEE" wp14:editId="079AD3F8">
          <wp:simplePos x="0" y="0"/>
          <wp:positionH relativeFrom="margin">
            <wp:posOffset>-1124585</wp:posOffset>
          </wp:positionH>
          <wp:positionV relativeFrom="line">
            <wp:posOffset>-428625</wp:posOffset>
          </wp:positionV>
          <wp:extent cx="7812405" cy="1743075"/>
          <wp:effectExtent l="0" t="0" r="0" b="9525"/>
          <wp:wrapTight wrapText="bothSides">
            <wp:wrapPolygon edited="0">
              <wp:start x="0" y="0"/>
              <wp:lineTo x="0" y="21482"/>
              <wp:lineTo x="21542" y="21482"/>
              <wp:lineTo x="21542" y="0"/>
              <wp:lineTo x="0" y="0"/>
            </wp:wrapPolygon>
          </wp:wrapTight>
          <wp:docPr id="1763065756" name="Picture 1763065756" descr="wna template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na template 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12405" cy="1743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2647">
    <w:abstractNumId w:val="8"/>
  </w:num>
  <w:num w:numId="2" w16cid:durableId="1719429774">
    <w:abstractNumId w:val="6"/>
  </w:num>
  <w:num w:numId="3" w16cid:durableId="1137186693">
    <w:abstractNumId w:val="5"/>
  </w:num>
  <w:num w:numId="4" w16cid:durableId="1557161964">
    <w:abstractNumId w:val="4"/>
  </w:num>
  <w:num w:numId="5" w16cid:durableId="1295133219">
    <w:abstractNumId w:val="7"/>
  </w:num>
  <w:num w:numId="6" w16cid:durableId="781921007">
    <w:abstractNumId w:val="3"/>
  </w:num>
  <w:num w:numId="7" w16cid:durableId="1229683295">
    <w:abstractNumId w:val="2"/>
  </w:num>
  <w:num w:numId="8" w16cid:durableId="2047873858">
    <w:abstractNumId w:val="1"/>
  </w:num>
  <w:num w:numId="9" w16cid:durableId="157502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5DD4"/>
    <w:rsid w:val="0015074B"/>
    <w:rsid w:val="00170418"/>
    <w:rsid w:val="002031D7"/>
    <w:rsid w:val="0029639D"/>
    <w:rsid w:val="00326F90"/>
    <w:rsid w:val="00410143"/>
    <w:rsid w:val="004422BF"/>
    <w:rsid w:val="00443E83"/>
    <w:rsid w:val="005309DE"/>
    <w:rsid w:val="00531DC2"/>
    <w:rsid w:val="00576E92"/>
    <w:rsid w:val="00577B35"/>
    <w:rsid w:val="005B1D0C"/>
    <w:rsid w:val="005C019A"/>
    <w:rsid w:val="006C4669"/>
    <w:rsid w:val="00735EA3"/>
    <w:rsid w:val="008409DD"/>
    <w:rsid w:val="009A376C"/>
    <w:rsid w:val="00A14122"/>
    <w:rsid w:val="00A23215"/>
    <w:rsid w:val="00A47637"/>
    <w:rsid w:val="00A53785"/>
    <w:rsid w:val="00AA1D8D"/>
    <w:rsid w:val="00AC1A72"/>
    <w:rsid w:val="00B47730"/>
    <w:rsid w:val="00B511F1"/>
    <w:rsid w:val="00B720EF"/>
    <w:rsid w:val="00CB0664"/>
    <w:rsid w:val="00FC64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FB5039"/>
  <w14:defaultImageDpi w14:val="300"/>
  <w15:docId w15:val="{CC4F34E3-A9DE-4D1E-AE88-5C2D6D5C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De Beer</cp:lastModifiedBy>
  <cp:revision>2</cp:revision>
  <dcterms:created xsi:type="dcterms:W3CDTF">2026-06-08T12:44:00Z</dcterms:created>
  <dcterms:modified xsi:type="dcterms:W3CDTF">2026-06-08T12:44:00Z</dcterms:modified>
  <cp:category/>
</cp:coreProperties>
</file>